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B48D8" w:rsidR="00654178" w:rsidP="0922AE37" w:rsidRDefault="00000000" w14:paraId="05961062" w14:textId="0BA22B3D">
      <w:pPr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0E5E87B1" w:rsidR="00000000">
        <w:rPr>
          <w:rFonts w:ascii="Times New Roman" w:hAnsi="Times New Roman" w:eastAsia="Times New Roman" w:cs="Times New Roman"/>
          <w:color w:val="auto"/>
          <w:sz w:val="28"/>
          <w:szCs w:val="28"/>
        </w:rPr>
        <w:t>Thank you for your interest in Creative Youth Resistance</w:t>
      </w:r>
      <w:r w:rsidRPr="0E5E87B1" w:rsidR="154B1AE0"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Pr</w:t>
      </w:r>
      <w:r w:rsidRPr="0E5E87B1" w:rsidR="2DE28EF4">
        <w:rPr>
          <w:rFonts w:ascii="Times New Roman" w:hAnsi="Times New Roman" w:eastAsia="Times New Roman" w:cs="Times New Roman"/>
          <w:color w:val="auto"/>
          <w:sz w:val="28"/>
          <w:szCs w:val="28"/>
        </w:rPr>
        <w:t>о</w:t>
      </w:r>
      <w:r w:rsidRPr="0E5E87B1" w:rsidR="154B1AE0">
        <w:rPr>
          <w:rFonts w:ascii="Times New Roman" w:hAnsi="Times New Roman" w:eastAsia="Times New Roman" w:cs="Times New Roman"/>
          <w:color w:val="auto"/>
          <w:sz w:val="28"/>
          <w:szCs w:val="28"/>
        </w:rPr>
        <w:t>ject</w:t>
      </w:r>
      <w:r>
        <w:br/>
      </w:r>
      <w:r>
        <w:br/>
      </w:r>
      <w:r w:rsidRPr="0E5E87B1" w:rsidR="00000000">
        <w:rPr>
          <w:rFonts w:ascii="Times New Roman" w:hAnsi="Times New Roman" w:eastAsia="Times New Roman" w:cs="Times New Roman"/>
          <w:color w:val="auto"/>
        </w:rPr>
        <w:t>You can apply in one of two ways:</w:t>
      </w:r>
      <w:r>
        <w:br/>
      </w:r>
      <w:r w:rsidRPr="0E5E87B1" w:rsidR="00000000">
        <w:rPr>
          <w:rFonts w:ascii="Times New Roman" w:hAnsi="Times New Roman" w:eastAsia="Times New Roman" w:cs="Times New Roman"/>
          <w:color w:val="auto"/>
        </w:rPr>
        <w:t>• Option 1: Written proposal (maximum 2 pages)</w:t>
      </w:r>
      <w:r>
        <w:br/>
      </w:r>
      <w:r w:rsidRPr="0E5E87B1" w:rsidR="00000000">
        <w:rPr>
          <w:rFonts w:ascii="Times New Roman" w:hAnsi="Times New Roman" w:eastAsia="Times New Roman" w:cs="Times New Roman"/>
          <w:color w:val="auto"/>
        </w:rPr>
        <w:t>• Option 2: Video proposal (maximum 3 minutes)</w:t>
      </w:r>
      <w:r>
        <w:br/>
      </w:r>
      <w:r>
        <w:br/>
      </w:r>
      <w:r w:rsidRPr="0E5E87B1" w:rsidR="00000000">
        <w:rPr>
          <w:rFonts w:ascii="Times New Roman" w:hAnsi="Times New Roman" w:eastAsia="Times New Roman" w:cs="Times New Roman"/>
          <w:color w:val="auto"/>
        </w:rPr>
        <w:t xml:space="preserve">If you choose the video option, please </w:t>
      </w:r>
      <w:r w:rsidRPr="0E5E87B1" w:rsidR="07BB2FDF">
        <w:rPr>
          <w:rFonts w:ascii="Times New Roman" w:hAnsi="Times New Roman" w:eastAsia="Times New Roman" w:cs="Times New Roman"/>
          <w:color w:val="auto"/>
        </w:rPr>
        <w:t xml:space="preserve">also </w:t>
      </w:r>
      <w:r w:rsidRPr="0E5E87B1" w:rsidR="00000000">
        <w:rPr>
          <w:rFonts w:ascii="Times New Roman" w:hAnsi="Times New Roman" w:eastAsia="Times New Roman" w:cs="Times New Roman"/>
          <w:color w:val="auto"/>
        </w:rPr>
        <w:t>submit your budget and examples of your previous work as separate attachments.</w:t>
      </w:r>
      <w:r>
        <w:br/>
      </w:r>
      <w:r>
        <w:br/>
      </w:r>
      <w:r w:rsidRPr="0E5E87B1" w:rsidR="00000000">
        <w:rPr>
          <w:rFonts w:ascii="Times New Roman" w:hAnsi="Times New Roman" w:eastAsia="Times New Roman" w:cs="Times New Roman"/>
          <w:color w:val="auto"/>
        </w:rPr>
        <w:t xml:space="preserve">Don't worry about writing a perfect proposal. </w:t>
      </w:r>
      <w:r w:rsidRPr="0E5E87B1" w:rsidR="00000000">
        <w:rPr>
          <w:rFonts w:ascii="Times New Roman" w:hAnsi="Times New Roman" w:eastAsia="Times New Roman" w:cs="Times New Roman"/>
          <w:color w:val="auto"/>
        </w:rPr>
        <w:t>We're</w:t>
      </w:r>
      <w:r w:rsidRPr="0E5E87B1" w:rsidR="00000000">
        <w:rPr>
          <w:rFonts w:ascii="Times New Roman" w:hAnsi="Times New Roman" w:eastAsia="Times New Roman" w:cs="Times New Roman"/>
          <w:color w:val="auto"/>
        </w:rPr>
        <w:t xml:space="preserve"> interested in your ideas, your creativity, and your approach to working with people. </w:t>
      </w:r>
    </w:p>
    <w:p w:rsidRPr="003B48D8" w:rsidR="00654178" w:rsidP="2B6E20B3" w:rsidRDefault="00000000" w14:paraId="68FF3313" w14:textId="77777777">
      <w:pPr>
        <w:pStyle w:val="Heading2"/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1. Tell us about yourself</w:t>
      </w:r>
    </w:p>
    <w:p w:rsidRPr="003B48D8" w:rsidR="00654178" w:rsidP="2B6E20B3" w:rsidRDefault="00000000" w14:paraId="215757F1" w14:textId="77777777">
      <w:pPr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Name:</w:t>
      </w:r>
    </w:p>
    <w:p w:rsidRPr="003B48D8" w:rsidR="00654178" w:rsidP="2B6E20B3" w:rsidRDefault="00000000" w14:paraId="2ED56B94" w14:textId="77777777">
      <w:pPr/>
      <w:r w:rsidRPr="0922AE37">
        <w:rPr>
          <w:rFonts w:ascii="Times New Roman" w:hAnsi="Times New Roman" w:eastAsia="Times New Roman" w:cs="Times New Roman"/>
          <w:color w:val="auto"/>
        </w:rPr>
        <w:t>Age:</w:t>
      </w:r>
    </w:p>
    <w:p w:rsidR="78C1F3E8" w:rsidRDefault="78C1F3E8" w14:paraId="103CD091" w14:textId="4439315E">
      <w:r w:rsidRPr="0922AE37" w:rsidR="78C1F3E8">
        <w:rPr>
          <w:rFonts w:ascii="Times New Roman" w:hAnsi="Times New Roman" w:eastAsia="Times New Roman" w:cs="Times New Roman"/>
          <w:color w:val="auto"/>
        </w:rPr>
        <w:t>Pronouns:</w:t>
      </w:r>
    </w:p>
    <w:p w:rsidRPr="003B48D8" w:rsidR="00654178" w:rsidP="2B6E20B3" w:rsidRDefault="00000000" w14:paraId="4C8CDAFE" w14:textId="77777777">
      <w:pPr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Country / City:</w:t>
      </w:r>
    </w:p>
    <w:p w:rsidRPr="003B48D8" w:rsidR="00654178" w:rsidP="2B6E20B3" w:rsidRDefault="00000000" w14:paraId="52BA0E06" w14:textId="77777777">
      <w:pPr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Email:</w:t>
      </w:r>
    </w:p>
    <w:p w:rsidRPr="003B48D8" w:rsidR="00654178" w:rsidP="2B6E20B3" w:rsidRDefault="00000000" w14:paraId="46B8EE85" w14:textId="77777777">
      <w:pPr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Tell us a little about yourself and your artistic practice:</w:t>
      </w:r>
    </w:p>
    <w:p w:rsidRPr="003B48D8" w:rsidR="00654178" w:rsidP="2B6E20B3" w:rsidRDefault="00654178" w14:paraId="3FA34533" w14:textId="77777777">
      <w:pPr>
        <w:rPr>
          <w:rFonts w:ascii="Times New Roman" w:hAnsi="Times New Roman" w:eastAsia="Times New Roman" w:cs="Times New Roman"/>
          <w:color w:val="auto" w:themeColor="text1"/>
        </w:rPr>
      </w:pPr>
    </w:p>
    <w:p w:rsidR="00654178" w:rsidP="2B6E20B3" w:rsidRDefault="00000000" w14:paraId="75A28A0B" w14:textId="77777777">
      <w:pPr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Why would you like to be part of this project?</w:t>
      </w:r>
    </w:p>
    <w:p w:rsidRPr="003B48D8" w:rsidR="003B48D8" w:rsidP="2B6E20B3" w:rsidRDefault="003B48D8" w14:paraId="1B61B98B" w14:textId="77777777">
      <w:pPr>
        <w:rPr>
          <w:rFonts w:ascii="Times New Roman" w:hAnsi="Times New Roman" w:eastAsia="Times New Roman" w:cs="Times New Roman"/>
          <w:color w:val="auto" w:themeColor="text1"/>
        </w:rPr>
      </w:pPr>
    </w:p>
    <w:p w:rsidRPr="003B48D8" w:rsidR="00654178" w:rsidP="2B6E20B3" w:rsidRDefault="00000000" w14:paraId="7796C400" w14:textId="77777777">
      <w:pPr>
        <w:pStyle w:val="Heading2"/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2. Who would you like to work with?</w:t>
      </w:r>
    </w:p>
    <w:p w:rsidRPr="003B48D8" w:rsidR="00654178" w:rsidP="2B6E20B3" w:rsidRDefault="00000000" w14:paraId="6DEA2584" w14:textId="64BBDE01">
      <w:pPr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 xml:space="preserve">Who is the community you would like to </w:t>
      </w:r>
      <w:r w:rsidRPr="2B6E20B3" w:rsidR="2A48EF9F">
        <w:rPr>
          <w:rFonts w:ascii="Times New Roman" w:hAnsi="Times New Roman" w:eastAsia="Times New Roman" w:cs="Times New Roman"/>
          <w:color w:val="auto"/>
        </w:rPr>
        <w:t>engage in</w:t>
      </w:r>
      <w:r w:rsidRPr="2B6E20B3">
        <w:rPr>
          <w:rFonts w:ascii="Times New Roman" w:hAnsi="Times New Roman" w:eastAsia="Times New Roman" w:cs="Times New Roman"/>
          <w:color w:val="auto"/>
        </w:rPr>
        <w:t>?</w:t>
      </w:r>
    </w:p>
    <w:p w:rsidRPr="003B48D8" w:rsidR="00654178" w:rsidP="2B6E20B3" w:rsidRDefault="00654178" w14:paraId="4AAE19FC" w14:textId="77777777">
      <w:pPr>
        <w:rPr>
          <w:rFonts w:ascii="Times New Roman" w:hAnsi="Times New Roman" w:eastAsia="Times New Roman" w:cs="Times New Roman"/>
          <w:color w:val="auto" w:themeColor="text1"/>
        </w:rPr>
      </w:pPr>
    </w:p>
    <w:p w:rsidR="00654178" w:rsidP="2B6E20B3" w:rsidRDefault="00000000" w14:paraId="1427BB15" w14:textId="77777777">
      <w:pPr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Why have you chosen this community?</w:t>
      </w:r>
    </w:p>
    <w:p w:rsidR="003B48D8" w:rsidP="2B6E20B3" w:rsidRDefault="003B48D8" w14:paraId="20EC7DC3" w14:textId="77777777">
      <w:pPr>
        <w:rPr>
          <w:rFonts w:ascii="Times New Roman" w:hAnsi="Times New Roman" w:eastAsia="Times New Roman" w:cs="Times New Roman"/>
          <w:color w:val="auto" w:themeColor="text1"/>
        </w:rPr>
      </w:pPr>
    </w:p>
    <w:p w:rsidRPr="003B48D8" w:rsidR="003B48D8" w:rsidP="2B6E20B3" w:rsidRDefault="003B48D8" w14:paraId="6BFEA04C" w14:textId="77777777">
      <w:pPr>
        <w:rPr>
          <w:rFonts w:ascii="Times New Roman" w:hAnsi="Times New Roman" w:eastAsia="Times New Roman" w:cs="Times New Roman"/>
          <w:color w:val="auto" w:themeColor="text1"/>
        </w:rPr>
      </w:pPr>
    </w:p>
    <w:p w:rsidRPr="003B48D8" w:rsidR="00654178" w:rsidP="2B6E20B3" w:rsidRDefault="00000000" w14:paraId="5340C2A2" w14:textId="77777777">
      <w:pPr>
        <w:pStyle w:val="Heading2"/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3. How would you bring people together?</w:t>
      </w:r>
    </w:p>
    <w:p w:rsidRPr="003B48D8" w:rsidR="00654178" w:rsidP="2B6E20B3" w:rsidRDefault="00000000" w14:paraId="7677AEEB" w14:textId="77777777">
      <w:pPr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How would you engage people in meaningful conversations?</w:t>
      </w:r>
    </w:p>
    <w:p w:rsidRPr="003B48D8" w:rsidR="00654178" w:rsidP="2B6E20B3" w:rsidRDefault="00654178" w14:paraId="687E670D" w14:textId="77777777">
      <w:pPr>
        <w:rPr>
          <w:rFonts w:ascii="Times New Roman" w:hAnsi="Times New Roman" w:eastAsia="Times New Roman" w:cs="Times New Roman"/>
          <w:color w:val="auto" w:themeColor="text1"/>
        </w:rPr>
      </w:pPr>
    </w:p>
    <w:p w:rsidRPr="003B48D8" w:rsidR="00654178" w:rsidP="2B6E20B3" w:rsidRDefault="00000000" w14:paraId="54445D53" w14:textId="3B316EC5">
      <w:pPr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 xml:space="preserve">You might </w:t>
      </w:r>
      <w:r w:rsidRPr="2B6E20B3" w:rsidR="5E076894">
        <w:rPr>
          <w:rFonts w:ascii="Times New Roman" w:hAnsi="Times New Roman" w:eastAsia="Times New Roman" w:cs="Times New Roman"/>
          <w:color w:val="auto"/>
        </w:rPr>
        <w:t>organize</w:t>
      </w:r>
      <w:r w:rsidRPr="2B6E20B3">
        <w:rPr>
          <w:rFonts w:ascii="Times New Roman" w:hAnsi="Times New Roman" w:eastAsia="Times New Roman" w:cs="Times New Roman"/>
          <w:color w:val="auto"/>
        </w:rPr>
        <w:t xml:space="preserve"> conversations, workshops, storytelling sessions, collaborative </w:t>
      </w:r>
      <w:r w:rsidRPr="2B6E20B3" w:rsidR="2E86D505">
        <w:rPr>
          <w:rFonts w:ascii="Times New Roman" w:hAnsi="Times New Roman" w:eastAsia="Times New Roman" w:cs="Times New Roman"/>
          <w:color w:val="auto"/>
        </w:rPr>
        <w:t>artmaking</w:t>
      </w:r>
      <w:r w:rsidRPr="2B6E20B3">
        <w:rPr>
          <w:rFonts w:ascii="Times New Roman" w:hAnsi="Times New Roman" w:eastAsia="Times New Roman" w:cs="Times New Roman"/>
          <w:color w:val="auto"/>
        </w:rPr>
        <w:t xml:space="preserve">, </w:t>
      </w:r>
      <w:r w:rsidRPr="2B6E20B3" w:rsidR="5DD67333">
        <w:rPr>
          <w:rFonts w:ascii="Times New Roman" w:hAnsi="Times New Roman" w:eastAsia="Times New Roman" w:cs="Times New Roman"/>
          <w:color w:val="auto"/>
        </w:rPr>
        <w:t>performances,</w:t>
      </w:r>
      <w:r w:rsidRPr="2B6E20B3">
        <w:rPr>
          <w:rFonts w:ascii="Times New Roman" w:hAnsi="Times New Roman" w:eastAsia="Times New Roman" w:cs="Times New Roman"/>
          <w:color w:val="auto"/>
        </w:rPr>
        <w:t xml:space="preserve"> or </w:t>
      </w:r>
      <w:r w:rsidRPr="2B6E20B3">
        <w:rPr>
          <w:rFonts w:ascii="Times New Roman" w:hAnsi="Times New Roman" w:eastAsia="Times New Roman" w:cs="Times New Roman"/>
          <w:color w:val="auto"/>
        </w:rPr>
        <w:t>another</w:t>
      </w:r>
      <w:r w:rsidRPr="2B6E20B3">
        <w:rPr>
          <w:rFonts w:ascii="Times New Roman" w:hAnsi="Times New Roman" w:eastAsia="Times New Roman" w:cs="Times New Roman"/>
          <w:color w:val="auto"/>
        </w:rPr>
        <w:t xml:space="preserve"> creative activity.</w:t>
      </w:r>
    </w:p>
    <w:p w:rsidRPr="003B48D8" w:rsidR="00654178" w:rsidP="2B6E20B3" w:rsidRDefault="00000000" w14:paraId="5DBD1FCD" w14:textId="77777777">
      <w:pPr>
        <w:pStyle w:val="Heading2"/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4. What would you like to explore?</w:t>
      </w:r>
    </w:p>
    <w:p w:rsidRPr="003B48D8" w:rsidR="00654178" w:rsidP="2B6E20B3" w:rsidRDefault="00000000" w14:paraId="3B79F5D5" w14:textId="206E3A69">
      <w:pPr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 xml:space="preserve">What stories, experiences, </w:t>
      </w:r>
      <w:r w:rsidRPr="2B6E20B3" w:rsidR="56703525">
        <w:rPr>
          <w:rFonts w:ascii="Times New Roman" w:hAnsi="Times New Roman" w:eastAsia="Times New Roman" w:cs="Times New Roman"/>
          <w:color w:val="auto"/>
        </w:rPr>
        <w:t>emotions,</w:t>
      </w:r>
      <w:r w:rsidRPr="2B6E20B3">
        <w:rPr>
          <w:rFonts w:ascii="Times New Roman" w:hAnsi="Times New Roman" w:eastAsia="Times New Roman" w:cs="Times New Roman"/>
          <w:color w:val="auto"/>
        </w:rPr>
        <w:t xml:space="preserve"> or questions would you like to explore together with the community?</w:t>
      </w:r>
    </w:p>
    <w:p w:rsidRPr="003B48D8" w:rsidR="00654178" w:rsidP="2B6E20B3" w:rsidRDefault="00000000" w14:paraId="50D8B79B" w14:textId="77777777">
      <w:pPr>
        <w:pStyle w:val="Heading2"/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5. Your creative idea</w:t>
      </w:r>
    </w:p>
    <w:p w:rsidRPr="003B48D8" w:rsidR="00654178" w:rsidP="2B6E20B3" w:rsidRDefault="00000000" w14:paraId="25089D3C" w14:textId="77777777">
      <w:pPr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What is your current idea for the final artwork or creative outcome?</w:t>
      </w:r>
    </w:p>
    <w:p w:rsidRPr="003B48D8" w:rsidR="00654178" w:rsidP="2B6E20B3" w:rsidRDefault="00654178" w14:paraId="5684DE2A" w14:textId="77777777">
      <w:pPr>
        <w:rPr>
          <w:rFonts w:ascii="Times New Roman" w:hAnsi="Times New Roman" w:eastAsia="Times New Roman" w:cs="Times New Roman"/>
          <w:color w:val="auto" w:themeColor="text1"/>
        </w:rPr>
      </w:pPr>
    </w:p>
    <w:p w:rsidRPr="003B48D8" w:rsidR="00654178" w:rsidP="2B6E20B3" w:rsidRDefault="00000000" w14:paraId="424BC328" w14:textId="52727FA7">
      <w:pPr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 xml:space="preserve">(Don't worry if it changes—we know your ideas will develop throughout the </w:t>
      </w:r>
      <w:r w:rsidRPr="2B6E20B3" w:rsidR="27514CE8">
        <w:rPr>
          <w:rFonts w:ascii="Times New Roman" w:hAnsi="Times New Roman" w:eastAsia="Times New Roman" w:cs="Times New Roman"/>
          <w:color w:val="auto"/>
        </w:rPr>
        <w:t>project)</w:t>
      </w:r>
    </w:p>
    <w:p w:rsidRPr="003B48D8" w:rsidR="00654178" w:rsidP="2B6E20B3" w:rsidRDefault="00000000" w14:paraId="6F8A9D76" w14:textId="77777777">
      <w:pPr>
        <w:pStyle w:val="Heading2"/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6. Rough budget</w:t>
      </w:r>
    </w:p>
    <w:p w:rsidRPr="003B48D8" w:rsidR="00654178" w:rsidP="2B9B496C" w:rsidRDefault="00000000" w14:paraId="33C7A018" w14:textId="704BA9A2">
      <w:pPr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B9B496C">
        <w:rPr>
          <w:rFonts w:ascii="Times New Roman" w:hAnsi="Times New Roman" w:eastAsia="Times New Roman" w:cs="Times New Roman"/>
          <w:color w:val="auto"/>
        </w:rPr>
        <w:t>Please provide a simple budget showing how you would use the €2,</w:t>
      </w:r>
      <w:r w:rsidRPr="2B9B496C" w:rsidR="14B56CBC">
        <w:rPr>
          <w:rFonts w:ascii="Times New Roman" w:hAnsi="Times New Roman" w:eastAsia="Times New Roman" w:cs="Times New Roman"/>
          <w:color w:val="auto"/>
        </w:rPr>
        <w:t>0</w:t>
      </w:r>
      <w:r w:rsidRPr="2B9B496C">
        <w:rPr>
          <w:rFonts w:ascii="Times New Roman" w:hAnsi="Times New Roman" w:eastAsia="Times New Roman" w:cs="Times New Roman"/>
          <w:color w:val="auto"/>
        </w:rPr>
        <w:t>00 artist commission.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320"/>
        <w:gridCol w:w="4320"/>
      </w:tblGrid>
      <w:tr xmlns:wp14="http://schemas.microsoft.com/office/word/2010/wordml" w:rsidR="0D5DF784" w:rsidTr="2B9B496C" w14:paraId="1E402348" wp14:textId="77777777">
        <w:trPr>
          <w:trHeight w:val="300"/>
        </w:trPr>
        <w:tc>
          <w:tcPr>
            <w:tcW w:w="4320" w:type="dxa"/>
            <w:tcMar/>
          </w:tcPr>
          <w:p w:rsidR="628A7911" w:rsidP="2B6E20B3" w:rsidRDefault="628A7911" w14:paraId="43346C94" w14:textId="28B7CEC6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 w:themeTint="FF" w:themeShade="FF"/>
              </w:rPr>
            </w:pPr>
            <w:r w:rsidRPr="2B6E20B3" w:rsidR="2B182CBA"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  <w:t>Budget item</w:t>
            </w:r>
          </w:p>
        </w:tc>
        <w:tc>
          <w:tcPr>
            <w:tcW w:w="4320" w:type="dxa"/>
            <w:tcMar/>
          </w:tcPr>
          <w:p w:rsidR="628A7911" w:rsidP="2B6E20B3" w:rsidRDefault="628A7911" w14:paraId="4B712A52" w14:textId="6C447EE3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color w:val="auto" w:themeColor="text1" w:themeTint="FF" w:themeShade="FF"/>
              </w:rPr>
            </w:pPr>
            <w:r w:rsidRPr="2B6E20B3" w:rsidR="2B182CBA"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  <w:t>Approximate amount (€)</w:t>
            </w:r>
          </w:p>
        </w:tc>
      </w:tr>
      <w:tr xmlns:wp14="http://schemas.microsoft.com/office/word/2010/wordml" w:rsidR="0D5DF784" w:rsidTr="2B9B496C" w14:paraId="7B24DC20" wp14:textId="77777777">
        <w:trPr>
          <w:trHeight w:val="300"/>
        </w:trPr>
        <w:tc>
          <w:tcPr>
            <w:tcW w:w="4320" w:type="dxa"/>
            <w:tcMar/>
          </w:tcPr>
          <w:p w:rsidR="0D5DF784" w:rsidP="2B6E20B3" w:rsidRDefault="0D5DF784" w14:paraId="381246FF" w14:textId="6604A3A0">
            <w:pPr>
              <w:pStyle w:val="Normal"/>
              <w:rPr>
                <w:rFonts w:ascii="Times New Roman" w:hAnsi="Times New Roman" w:eastAsia="Times New Roman" w:cs="Times New Roman"/>
                <w:color w:val="auto"/>
              </w:rPr>
            </w:pPr>
            <w:r w:rsidRPr="2B6E20B3" w:rsidR="2B182CBA">
              <w:rPr>
                <w:rFonts w:ascii="Times New Roman" w:hAnsi="Times New Roman" w:eastAsia="Times New Roman" w:cs="Times New Roman"/>
                <w:color w:val="auto"/>
              </w:rPr>
              <w:t>Artist fee</w:t>
            </w:r>
          </w:p>
        </w:tc>
        <w:tc>
          <w:tcPr>
            <w:tcW w:w="4320" w:type="dxa"/>
            <w:tcMar/>
          </w:tcPr>
          <w:p w:rsidR="0D5DF784" w:rsidP="2B6E20B3" w:rsidRDefault="0D5DF784" w14:paraId="754564F2" w14:textId="188AA337">
            <w:pPr>
              <w:pStyle w:val="Normal"/>
              <w:rPr>
                <w:rFonts w:ascii="Times New Roman" w:hAnsi="Times New Roman" w:eastAsia="Times New Roman" w:cs="Times New Roman"/>
                <w:color w:val="auto" w:themeColor="text1" w:themeTint="FF" w:themeShade="FF"/>
              </w:rPr>
            </w:pPr>
          </w:p>
        </w:tc>
      </w:tr>
      <w:tr xmlns:wp14="http://schemas.microsoft.com/office/word/2010/wordml" w:rsidR="0D5DF784" w:rsidTr="2B9B496C" w14:paraId="40E18016" wp14:textId="77777777">
        <w:trPr>
          <w:trHeight w:val="300"/>
        </w:trPr>
        <w:tc>
          <w:tcPr>
            <w:tcW w:w="4320" w:type="dxa"/>
            <w:tcMar/>
          </w:tcPr>
          <w:p w:rsidR="0D5DF784" w:rsidP="2B6E20B3" w:rsidRDefault="0D5DF784" w14:paraId="34569B64" w14:textId="395582F7">
            <w:pPr>
              <w:pStyle w:val="Normal"/>
              <w:rPr>
                <w:rFonts w:ascii="Times New Roman" w:hAnsi="Times New Roman" w:eastAsia="Times New Roman" w:cs="Times New Roman"/>
                <w:color w:val="auto"/>
              </w:rPr>
            </w:pPr>
            <w:r w:rsidRPr="2B6E20B3" w:rsidR="2B182CBA">
              <w:rPr>
                <w:rFonts w:ascii="Times New Roman" w:hAnsi="Times New Roman" w:eastAsia="Times New Roman" w:cs="Times New Roman"/>
                <w:color w:val="auto"/>
              </w:rPr>
              <w:t>Materials</w:t>
            </w:r>
          </w:p>
        </w:tc>
        <w:tc>
          <w:tcPr>
            <w:tcW w:w="4320" w:type="dxa"/>
            <w:tcMar/>
          </w:tcPr>
          <w:p w:rsidR="0D5DF784" w:rsidP="2B6E20B3" w:rsidRDefault="0D5DF784" w14:paraId="35F9239D" w14:textId="188AA337">
            <w:pPr>
              <w:pStyle w:val="Normal"/>
              <w:rPr>
                <w:rFonts w:ascii="Times New Roman" w:hAnsi="Times New Roman" w:eastAsia="Times New Roman" w:cs="Times New Roman"/>
                <w:color w:val="auto" w:themeColor="text1" w:themeTint="FF" w:themeShade="FF"/>
              </w:rPr>
            </w:pPr>
          </w:p>
        </w:tc>
      </w:tr>
      <w:tr xmlns:wp14="http://schemas.microsoft.com/office/word/2010/wordml" w:rsidR="0D5DF784" w:rsidTr="2B9B496C" w14:paraId="35C1C318" wp14:textId="77777777">
        <w:trPr>
          <w:trHeight w:val="300"/>
        </w:trPr>
        <w:tc>
          <w:tcPr>
            <w:tcW w:w="4320" w:type="dxa"/>
            <w:tcMar/>
          </w:tcPr>
          <w:p w:rsidR="0D5DF784" w:rsidP="2B6E20B3" w:rsidRDefault="0D5DF784" w14:paraId="33CA4137" w14:textId="671EEAC9">
            <w:pPr>
              <w:pStyle w:val="Normal"/>
              <w:rPr>
                <w:rFonts w:ascii="Times New Roman" w:hAnsi="Times New Roman" w:eastAsia="Times New Roman" w:cs="Times New Roman"/>
                <w:color w:val="auto" w:themeColor="text1" w:themeTint="FF" w:themeShade="FF"/>
              </w:rPr>
            </w:pPr>
            <w:r w:rsidRPr="2B6E20B3" w:rsidR="2B182CBA">
              <w:rPr>
                <w:rFonts w:ascii="Times New Roman" w:hAnsi="Times New Roman" w:eastAsia="Times New Roman" w:cs="Times New Roman"/>
                <w:color w:val="auto"/>
              </w:rPr>
              <w:t>Community activities</w:t>
            </w:r>
          </w:p>
        </w:tc>
        <w:tc>
          <w:tcPr>
            <w:tcW w:w="4320" w:type="dxa"/>
            <w:tcMar/>
          </w:tcPr>
          <w:p w:rsidR="0D5DF784" w:rsidP="2B6E20B3" w:rsidRDefault="0D5DF784" w14:paraId="0F4C7B3F" w14:textId="188AA337">
            <w:pPr>
              <w:pStyle w:val="Normal"/>
              <w:rPr>
                <w:rFonts w:ascii="Times New Roman" w:hAnsi="Times New Roman" w:eastAsia="Times New Roman" w:cs="Times New Roman"/>
                <w:color w:val="auto" w:themeColor="text1" w:themeTint="FF" w:themeShade="FF"/>
              </w:rPr>
            </w:pPr>
          </w:p>
        </w:tc>
      </w:tr>
      <w:tr xmlns:wp14="http://schemas.microsoft.com/office/word/2010/wordml" w:rsidR="30C1F6A3" w:rsidTr="2B9B496C" w14:paraId="314AB08C" wp14:textId="77777777">
        <w:trPr>
          <w:trHeight w:val="300"/>
        </w:trPr>
        <w:tc>
          <w:tcPr>
            <w:tcW w:w="4320" w:type="dxa"/>
            <w:tcMar/>
          </w:tcPr>
          <w:p w:rsidR="628A7911" w:rsidP="2B6E20B3" w:rsidRDefault="628A7911" w14:paraId="45F7E106" w14:textId="3A60F2E3">
            <w:pPr>
              <w:pStyle w:val="Normal"/>
              <w:rPr>
                <w:rFonts w:ascii="Times New Roman" w:hAnsi="Times New Roman" w:eastAsia="Times New Roman" w:cs="Times New Roman"/>
                <w:color w:val="auto"/>
              </w:rPr>
            </w:pPr>
            <w:r w:rsidRPr="2B6E20B3" w:rsidR="2B182CBA">
              <w:rPr>
                <w:rFonts w:ascii="Times New Roman" w:hAnsi="Times New Roman" w:eastAsia="Times New Roman" w:cs="Times New Roman"/>
                <w:color w:val="auto"/>
              </w:rPr>
              <w:t>Travel</w:t>
            </w:r>
          </w:p>
        </w:tc>
        <w:tc>
          <w:tcPr>
            <w:tcW w:w="4320" w:type="dxa"/>
            <w:tcMar/>
          </w:tcPr>
          <w:p w:rsidR="30C1F6A3" w:rsidP="2B6E20B3" w:rsidRDefault="30C1F6A3" w14:paraId="7C2689F1" w14:textId="2D4E65FD">
            <w:pPr>
              <w:pStyle w:val="Normal"/>
              <w:rPr>
                <w:rFonts w:ascii="Times New Roman" w:hAnsi="Times New Roman" w:eastAsia="Times New Roman" w:cs="Times New Roman"/>
                <w:color w:val="auto" w:themeColor="text1" w:themeTint="FF" w:themeShade="FF"/>
              </w:rPr>
            </w:pPr>
          </w:p>
        </w:tc>
      </w:tr>
      <w:tr xmlns:wp14="http://schemas.microsoft.com/office/word/2010/wordml" w:rsidR="30C1F6A3" w:rsidTr="2B9B496C" w14:paraId="31CCB2C7" wp14:textId="77777777">
        <w:trPr>
          <w:trHeight w:val="300"/>
        </w:trPr>
        <w:tc>
          <w:tcPr>
            <w:tcW w:w="4320" w:type="dxa"/>
            <w:tcMar/>
          </w:tcPr>
          <w:p w:rsidR="628A7911" w:rsidP="2B6E20B3" w:rsidRDefault="628A7911" w14:paraId="30365311" w14:textId="05BA27C3">
            <w:pPr>
              <w:pStyle w:val="Normal"/>
              <w:rPr>
                <w:rFonts w:ascii="Times New Roman" w:hAnsi="Times New Roman" w:eastAsia="Times New Roman" w:cs="Times New Roman"/>
                <w:color w:val="auto"/>
              </w:rPr>
            </w:pPr>
            <w:r w:rsidRPr="2B6E20B3" w:rsidR="2B182CBA">
              <w:rPr>
                <w:rFonts w:ascii="Times New Roman" w:hAnsi="Times New Roman" w:eastAsia="Times New Roman" w:cs="Times New Roman"/>
                <w:color w:val="auto"/>
              </w:rPr>
              <w:t>Other</w:t>
            </w:r>
          </w:p>
        </w:tc>
        <w:tc>
          <w:tcPr>
            <w:tcW w:w="4320" w:type="dxa"/>
            <w:tcMar/>
          </w:tcPr>
          <w:p w:rsidR="30C1F6A3" w:rsidP="2B6E20B3" w:rsidRDefault="30C1F6A3" w14:paraId="414D2D21" w14:textId="29C56C41">
            <w:pPr>
              <w:pStyle w:val="Normal"/>
              <w:rPr>
                <w:rFonts w:ascii="Times New Roman" w:hAnsi="Times New Roman" w:eastAsia="Times New Roman" w:cs="Times New Roman"/>
                <w:color w:val="auto" w:themeColor="text1" w:themeTint="FF" w:themeShade="FF"/>
              </w:rPr>
            </w:pPr>
          </w:p>
        </w:tc>
      </w:tr>
      <w:tr xmlns:wp14="http://schemas.microsoft.com/office/word/2010/wordml" w:rsidR="30C1F6A3" w:rsidTr="2B9B496C" w14:paraId="6926ADFD" wp14:textId="77777777">
        <w:trPr>
          <w:trHeight w:val="300"/>
        </w:trPr>
        <w:tc>
          <w:tcPr>
            <w:tcW w:w="4320" w:type="dxa"/>
            <w:tcMar/>
          </w:tcPr>
          <w:p w:rsidR="30C1F6A3" w:rsidP="2B6E20B3" w:rsidRDefault="30C1F6A3" w14:paraId="0931B257" w14:textId="21E4CE8A">
            <w:pPr>
              <w:pStyle w:val="Normal"/>
              <w:rPr>
                <w:rFonts w:ascii="Times New Roman" w:hAnsi="Times New Roman" w:eastAsia="Times New Roman" w:cs="Times New Roman"/>
                <w:color w:val="auto" w:themeColor="text1" w:themeTint="FF" w:themeShade="FF"/>
              </w:rPr>
            </w:pPr>
          </w:p>
        </w:tc>
        <w:tc>
          <w:tcPr>
            <w:tcW w:w="4320" w:type="dxa"/>
            <w:tcMar/>
          </w:tcPr>
          <w:p w:rsidR="30C1F6A3" w:rsidP="2B6E20B3" w:rsidRDefault="30C1F6A3" w14:paraId="336D13D8" w14:textId="4B964CEA">
            <w:pPr>
              <w:pStyle w:val="Normal"/>
              <w:rPr>
                <w:rFonts w:ascii="Times New Roman" w:hAnsi="Times New Roman" w:eastAsia="Times New Roman" w:cs="Times New Roman"/>
                <w:color w:val="auto" w:themeColor="text1" w:themeTint="FF" w:themeShade="FF"/>
              </w:rPr>
            </w:pPr>
          </w:p>
        </w:tc>
      </w:tr>
      <w:tr xmlns:wp14="http://schemas.microsoft.com/office/word/2010/wordml" w:rsidR="0D5DF784" w:rsidTr="2B9B496C" w14:paraId="0DD46C00" wp14:textId="77777777">
        <w:trPr>
          <w:trHeight w:val="300"/>
        </w:trPr>
        <w:tc>
          <w:tcPr>
            <w:tcW w:w="4320" w:type="dxa"/>
            <w:tcMar/>
          </w:tcPr>
          <w:p w:rsidR="628A7911" w:rsidP="2B6E20B3" w:rsidRDefault="628A7911" w14:paraId="7F2A1623" w14:textId="7324D44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color w:val="auto" w:themeColor="text1" w:themeTint="FF" w:themeShade="FF"/>
              </w:rPr>
            </w:pPr>
            <w:r w:rsidRPr="2B6E20B3" w:rsidR="2B182CBA"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  <w:t>Total</w:t>
            </w:r>
          </w:p>
        </w:tc>
        <w:tc>
          <w:tcPr>
            <w:tcW w:w="4320" w:type="dxa"/>
            <w:tcMar/>
          </w:tcPr>
          <w:p w:rsidR="0D5DF784" w:rsidP="2B9B496C" w:rsidRDefault="0D5DF784" w14:paraId="4F20FEF9" w14:textId="7889D96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</w:pPr>
            <w:r w:rsidRPr="2B9B496C" w:rsidR="2B182CBA"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  <w:t>€2,</w:t>
            </w:r>
            <w:r w:rsidRPr="2B9B496C" w:rsidR="16B67039"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  <w:t>0</w:t>
            </w:r>
            <w:r w:rsidRPr="2B9B496C" w:rsidR="2B182CBA"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  <w:t>00</w:t>
            </w:r>
          </w:p>
        </w:tc>
      </w:tr>
    </w:tbl>
    <w:p w:rsidRPr="003B48D8" w:rsidR="00654178" w:rsidP="2B6E20B3" w:rsidRDefault="00000000" w14:paraId="0527255E" w14:textId="1872C33D">
      <w:pPr>
        <w:pStyle w:val="Normal"/>
        <w:spacing w:before="0" w:beforeAutospacing="off" w:after="200" w:afterAutospacing="off" w:line="276" w:lineRule="auto"/>
        <w:ind w:left="0" w:right="0"/>
        <w:jc w:val="left"/>
        <w:rPr>
          <w:rFonts w:ascii="Times New Roman" w:hAnsi="Times New Roman" w:eastAsia="Times New Roman" w:cs="Times New Roman"/>
          <w:color w:val="auto" w:themeColor="text1"/>
        </w:rPr>
      </w:pPr>
    </w:p>
    <w:p w:rsidRPr="003B48D8" w:rsidR="00654178" w:rsidP="2B6E20B3" w:rsidRDefault="00000000" w14:paraId="49D13322" w14:textId="77777777">
      <w:pPr>
        <w:pStyle w:val="Heading2"/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7. Availability</w:t>
      </w:r>
    </w:p>
    <w:p w:rsidRPr="003B48D8" w:rsidR="00654178" w:rsidP="2B6E20B3" w:rsidRDefault="00000000" w14:paraId="79A36ABA" w14:textId="77777777">
      <w:pPr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☐</w:t>
      </w:r>
      <w:r w:rsidRPr="2B6E20B3">
        <w:rPr>
          <w:rFonts w:ascii="Times New Roman" w:hAnsi="Times New Roman" w:eastAsia="Times New Roman" w:cs="Times New Roman"/>
          <w:color w:val="auto"/>
        </w:rPr>
        <w:t xml:space="preserve"> I confirm that I can attend the in-person workshop in Bulgaria in October 2026.</w:t>
      </w:r>
    </w:p>
    <w:p w:rsidRPr="003B48D8" w:rsidR="00654178" w:rsidP="2B6E20B3" w:rsidRDefault="00000000" w14:paraId="0D425770" w14:textId="77777777">
      <w:pPr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☐</w:t>
      </w:r>
      <w:r w:rsidRPr="2B6E20B3">
        <w:rPr>
          <w:rFonts w:ascii="Times New Roman" w:hAnsi="Times New Roman" w:eastAsia="Times New Roman" w:cs="Times New Roman"/>
          <w:color w:val="auto"/>
        </w:rPr>
        <w:t xml:space="preserve"> I confirm that I am available to participate in the project between October 2026 and April 2027.</w:t>
      </w:r>
    </w:p>
    <w:p w:rsidRPr="003B48D8" w:rsidR="00654178" w:rsidP="2B6E20B3" w:rsidRDefault="00000000" w14:paraId="45210C86" w14:textId="77777777">
      <w:pPr>
        <w:pStyle w:val="Heading2"/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8. Previous work</w:t>
      </w:r>
    </w:p>
    <w:p w:rsidRPr="003B48D8" w:rsidR="00654178" w:rsidP="2B6E20B3" w:rsidRDefault="00000000" w14:paraId="1FEA4A4C" w14:textId="77777777">
      <w:pPr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Please include up to three examples of your previous artistic work (links or attachments).</w:t>
      </w:r>
    </w:p>
    <w:p w:rsidRPr="003B48D8" w:rsidR="00654178" w:rsidP="2B6E20B3" w:rsidRDefault="00000000" w14:paraId="7A31025F" w14:textId="77777777">
      <w:pPr>
        <w:pStyle w:val="Heading2"/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How to submit</w:t>
      </w:r>
    </w:p>
    <w:p w:rsidRPr="003B48D8" w:rsidR="00654178" w:rsidP="2B9B496C" w:rsidRDefault="00000000" w14:paraId="453502A1" w14:textId="77777777">
      <w:pPr>
        <w:spacing w:after="0" w:afterAutospacing="off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B9B496C">
        <w:rPr>
          <w:rFonts w:ascii="Times New Roman" w:hAnsi="Times New Roman" w:eastAsia="Times New Roman" w:cs="Times New Roman"/>
          <w:color w:val="auto"/>
        </w:rPr>
        <w:t>Email:</w:t>
      </w:r>
      <w:commentRangeStart w:id="235291728"/>
      <w:r w:rsidRPr="2B9B496C">
        <w:rPr>
          <w:rFonts w:ascii="Times New Roman" w:hAnsi="Times New Roman" w:eastAsia="Times New Roman" w:cs="Times New Roman"/>
          <w:color w:val="auto"/>
        </w:rPr>
        <w:t xml:space="preserve"> youth@amnesty.org</w:t>
      </w:r>
      <w:commentRangeEnd w:id="235291728"/>
      <w:r>
        <w:rPr>
          <w:rStyle w:val="CommentReference"/>
        </w:rPr>
        <w:commentReference w:id="235291728"/>
      </w:r>
    </w:p>
    <w:p w:rsidRPr="003B48D8" w:rsidR="00654178" w:rsidP="2B6E20B3" w:rsidRDefault="00000000" w14:paraId="1DB2A7BE" w14:textId="77777777">
      <w:pPr>
        <w:spacing w:after="0" w:afterAutospacing="off"/>
        <w:rPr>
          <w:rFonts w:ascii="Times New Roman" w:hAnsi="Times New Roman" w:eastAsia="Times New Roman" w:cs="Times New Roman"/>
          <w:color w:val="auto" w:themeColor="text1"/>
        </w:rPr>
      </w:pPr>
      <w:r w:rsidRPr="2B6E20B3">
        <w:rPr>
          <w:rFonts w:ascii="Times New Roman" w:hAnsi="Times New Roman" w:eastAsia="Times New Roman" w:cs="Times New Roman"/>
          <w:color w:val="auto"/>
        </w:rPr>
        <w:t>Subject line: Creative Resistance</w:t>
      </w:r>
    </w:p>
    <w:p w:rsidRPr="003B48D8" w:rsidR="00654178" w:rsidP="2B6E20B3" w:rsidRDefault="00654178" w14:paraId="69D9E1E9" w14:textId="77777777">
      <w:pPr>
        <w:rPr>
          <w:rFonts w:ascii="Times New Roman" w:hAnsi="Times New Roman" w:eastAsia="Times New Roman" w:cs="Times New Roman"/>
          <w:color w:val="auto" w:themeColor="text1"/>
        </w:rPr>
      </w:pPr>
    </w:p>
    <w:p w:rsidRPr="003B48D8" w:rsidR="00654178" w:rsidP="2B6E20B3" w:rsidRDefault="00000000" w14:paraId="66BCA932" w14:textId="300310CB">
      <w:pPr>
        <w:rPr>
          <w:rFonts w:ascii="Times New Roman" w:hAnsi="Times New Roman" w:eastAsia="Times New Roman" w:cs="Times New Roman"/>
          <w:color w:val="auto" w:themeColor="text1"/>
        </w:rPr>
      </w:pPr>
    </w:p>
    <w:sectPr w:rsidRPr="003B48D8" w:rsidR="00654178" w:rsidSect="00034616">
      <w:headerReference w:type="default" r:id="rId8"/>
      <w:pgSz w:w="12240" w:h="15840" w:orient="portrait"/>
      <w:pgMar w:top="1440" w:right="1800" w:bottom="1440" w:left="1800" w:header="720" w:footer="720" w:gutter="0"/>
      <w:cols w:space="720"/>
      <w:docGrid w:linePitch="360"/>
      <w:footerReference w:type="default" r:id="Rf1f597b888b14edc"/>
    </w:sectPr>
  </w:body>
</w:document>
</file>

<file path=word/comments.xml><?xml version="1.0" encoding="utf-8"?>
<w:comments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comment xmlns:w="http://schemas.openxmlformats.org/wordprocessingml/2006/main" w:initials="LN" w:author="Lili Nikolova" w:date="2026-07-31T09:50:58" w:id="235291728">
    <w:p xmlns:w14="http://schemas.microsoft.com/office/word/2010/wordml" xmlns:w="http://schemas.openxmlformats.org/wordprocessingml/2006/main" w:rsidR="2BCC4199" w:rsidRDefault="5D9EB03D" w14:paraId="52DAD6D1" w14:textId="2F8ADC00">
      <w:pPr>
        <w:pStyle w:val="CommentText"/>
      </w:pPr>
      <w:r>
        <w:rPr>
          <w:rStyle w:val="CommentReference"/>
        </w:rPr>
        <w:annotationRef/>
      </w:r>
      <w:r w:rsidRPr="3CEE416F" w:rsidR="5322F53C">
        <w:t>CC: hi@amnesty.bg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52DAD6D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EA51CA7" w16cex:dateUtc="2026-07-31T06:50:58.15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2DAD6D1" w16cid:durableId="0EA51C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60FF" w:rsidP="003B48D8" w:rsidRDefault="008B60FF" w14:paraId="76D7D208" w14:textId="77777777">
      <w:pPr>
        <w:spacing w:after="0" w:line="240" w:lineRule="auto"/>
      </w:pPr>
      <w:r>
        <w:separator/>
      </w:r>
    </w:p>
  </w:endnote>
  <w:endnote w:type="continuationSeparator" w:id="0">
    <w:p w:rsidR="008B60FF" w:rsidP="003B48D8" w:rsidRDefault="008B60FF" w14:paraId="5A8C380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.xml><?xml version="1.0" encoding="utf-8"?>
<w:ftr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xmlns:wp14="http://schemas.microsoft.com/office/word/2010/wordml" w:rsidR="0922AE37" w:rsidTr="0922AE37" w14:paraId="457555AD" wp14:textId="77777777">
      <w:trPr>
        <w:trHeight w:val="300"/>
      </w:trPr>
      <w:tc>
        <w:tcPr>
          <w:tcW w:w="2880" w:type="dxa"/>
          <w:tcMar/>
        </w:tcPr>
        <w:p w:rsidR="0922AE37" w:rsidP="0922AE37" w:rsidRDefault="0922AE37" w14:paraId="5BF2BB54" w14:textId="07B46796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0922AE37" w:rsidP="0922AE37" w:rsidRDefault="0922AE37" w14:paraId="5507B98B" w14:textId="1AC45AB6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0922AE37" w:rsidP="0922AE37" w:rsidRDefault="0922AE37" w14:paraId="4200B0F7" w14:textId="17958CC7">
          <w:pPr>
            <w:pStyle w:val="Header"/>
            <w:bidi w:val="0"/>
            <w:ind w:right="-115"/>
            <w:jc w:val="right"/>
          </w:pPr>
        </w:p>
      </w:tc>
    </w:tr>
  </w:tbl>
  <w:p w:rsidR="0922AE37" w:rsidP="0922AE37" w:rsidRDefault="0922AE37" w14:paraId="6E4AA849" w14:textId="47F93FE7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60FF" w:rsidP="003B48D8" w:rsidRDefault="008B60FF" w14:paraId="517163FD" w14:textId="77777777">
      <w:pPr>
        <w:spacing w:after="0" w:line="240" w:lineRule="auto"/>
      </w:pPr>
      <w:r>
        <w:separator/>
      </w:r>
    </w:p>
  </w:footnote>
  <w:footnote w:type="continuationSeparator" w:id="0">
    <w:p w:rsidR="008B60FF" w:rsidP="003B48D8" w:rsidRDefault="008B60FF" w14:paraId="0E3F202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B48D8" w:rsidR="003B48D8" w:rsidP="0922AE37" w:rsidRDefault="003B48D8" w14:paraId="200CC754" w14:textId="14F4B2A0">
    <w:pPr>
      <w:pStyle w:val="Heading1"/>
      <w:rPr>
        <w:rFonts w:ascii="Times New Roman" w:hAnsi="Times New Roman" w:asciiTheme="majorBidi" w:hAnsiTheme="majorBidi"/>
        <w:color w:val="000000" w:themeColor="text1"/>
        <w:highlight w:val="yellow"/>
      </w:rPr>
    </w:pPr>
    <w:r w:rsidRPr="0922AE37" w:rsidR="0922AE37">
      <w:rPr>
        <w:rFonts w:ascii="Times New Roman" w:hAnsi="Times New Roman" w:asciiTheme="majorBidi" w:hAnsiTheme="majorBidi"/>
        <w:color w:val="000000" w:themeColor="text1" w:themeTint="FF" w:themeShade="FF"/>
        <w:highlight w:val="yellow"/>
      </w:rPr>
      <w:t>Creative Youth Resistance</w:t>
    </w:r>
    <w:r w:rsidRPr="0922AE37" w:rsidR="0922AE37">
      <w:rPr>
        <w:rFonts w:ascii="Times New Roman" w:hAnsi="Times New Roman" w:asciiTheme="majorBidi" w:hAnsiTheme="majorBidi"/>
        <w:color w:val="000000" w:themeColor="text1" w:themeTint="FF" w:themeShade="FF"/>
        <w:highlight w:val="yellow"/>
      </w:rPr>
      <w:t xml:space="preserve"> Project</w:t>
    </w:r>
  </w:p>
  <w:p w:rsidRPr="003B48D8" w:rsidR="003B48D8" w:rsidP="0922AE37" w:rsidRDefault="003B48D8" w14:paraId="2547AD6C" w14:textId="7C339456">
    <w:pPr>
      <w:rPr>
        <w:rFonts w:ascii="Times New Roman" w:hAnsi="Times New Roman" w:cs="Times New Roman" w:asciiTheme="majorBidi" w:hAnsiTheme="majorBidi" w:cstheme="majorBidi"/>
      </w:rPr>
    </w:pPr>
    <w:r w:rsidRPr="0922AE37" w:rsidR="0922AE37">
      <w:rPr>
        <w:rFonts w:ascii="Times New Roman" w:hAnsi="Times New Roman" w:cs="Times New Roman" w:asciiTheme="majorBidi" w:hAnsiTheme="majorBidi" w:cstheme="majorBidi"/>
        <w:b w:val="1"/>
        <w:bCs w:val="1"/>
      </w:rPr>
      <w:t xml:space="preserve">Application </w:t>
    </w:r>
  </w:p>
  <w:p w:rsidR="003B48D8" w:rsidRDefault="003B48D8" w14:paraId="7C658E6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078673345">
    <w:abstractNumId w:val="8"/>
  </w:num>
  <w:num w:numId="2" w16cid:durableId="532040704">
    <w:abstractNumId w:val="6"/>
  </w:num>
  <w:num w:numId="3" w16cid:durableId="1799487928">
    <w:abstractNumId w:val="5"/>
  </w:num>
  <w:num w:numId="4" w16cid:durableId="1377319731">
    <w:abstractNumId w:val="4"/>
  </w:num>
  <w:num w:numId="5" w16cid:durableId="650406581">
    <w:abstractNumId w:val="7"/>
  </w:num>
  <w:num w:numId="6" w16cid:durableId="1630863479">
    <w:abstractNumId w:val="3"/>
  </w:num>
  <w:num w:numId="7" w16cid:durableId="1183209486">
    <w:abstractNumId w:val="2"/>
  </w:num>
  <w:num w:numId="8" w16cid:durableId="1546864748">
    <w:abstractNumId w:val="1"/>
  </w:num>
  <w:num w:numId="9" w16cid:durableId="147463435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Lili Nikolova">
    <w15:presenceInfo w15:providerId="AD" w15:userId="S::lili.nikolova@amnesty.bg::a18f991b-7198-4c02-8b23-e53ac361bdeb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000"/>
    <w:rsid w:val="00034616"/>
    <w:rsid w:val="0006063C"/>
    <w:rsid w:val="0015074B"/>
    <w:rsid w:val="0029639D"/>
    <w:rsid w:val="00326F90"/>
    <w:rsid w:val="003B48D8"/>
    <w:rsid w:val="00654178"/>
    <w:rsid w:val="0082210B"/>
    <w:rsid w:val="008B60FF"/>
    <w:rsid w:val="00AA1D8D"/>
    <w:rsid w:val="00B22766"/>
    <w:rsid w:val="00B47730"/>
    <w:rsid w:val="00CB0664"/>
    <w:rsid w:val="00FC693F"/>
    <w:rsid w:val="07BB2FDF"/>
    <w:rsid w:val="0922AE37"/>
    <w:rsid w:val="0B4FA6DB"/>
    <w:rsid w:val="0D5DF784"/>
    <w:rsid w:val="0E5E87B1"/>
    <w:rsid w:val="106A1D30"/>
    <w:rsid w:val="12BE3885"/>
    <w:rsid w:val="14B56CBC"/>
    <w:rsid w:val="154B1AE0"/>
    <w:rsid w:val="16B67039"/>
    <w:rsid w:val="1DF0A835"/>
    <w:rsid w:val="262191E7"/>
    <w:rsid w:val="27514CE8"/>
    <w:rsid w:val="2A48EF9F"/>
    <w:rsid w:val="2AE97909"/>
    <w:rsid w:val="2B182CBA"/>
    <w:rsid w:val="2B6E20B3"/>
    <w:rsid w:val="2B9B496C"/>
    <w:rsid w:val="2DE28EF4"/>
    <w:rsid w:val="2E86D505"/>
    <w:rsid w:val="30C1F6A3"/>
    <w:rsid w:val="31EE3A72"/>
    <w:rsid w:val="3486BDA1"/>
    <w:rsid w:val="56703525"/>
    <w:rsid w:val="592D8C5D"/>
    <w:rsid w:val="5DD67333"/>
    <w:rsid w:val="5E076894"/>
    <w:rsid w:val="61849738"/>
    <w:rsid w:val="628A7911"/>
    <w:rsid w:val="67D739C2"/>
    <w:rsid w:val="6D7E702B"/>
    <w:rsid w:val="71182AB8"/>
    <w:rsid w:val="78C1F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D3AA60"/>
  <w14:defaultImageDpi w14:val="300"/>
  <w15:docId w15:val="{0524FDD6-2C9D-4ADD-B16A-F3C54427DF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footer" Target="footer.xml" Id="Rf1f597b888b14edc" /><Relationship Type="http://schemas.openxmlformats.org/officeDocument/2006/relationships/comments" Target="comments.xml" Id="R18b0322dff924634" /><Relationship Type="http://schemas.microsoft.com/office/2016/09/relationships/commentsIds" Target="commentsIds.xml" Id="R7e4532a00e7f453c" /><Relationship Type="http://schemas.microsoft.com/office/2011/relationships/commentsExtended" Target="commentsExtended.xml" Id="Rafad39d2d2a64a4b" /><Relationship Type="http://schemas.microsoft.com/office/2018/08/relationships/commentsExtensible" Target="commentsExtensible.xml" Id="R47a3a862b0a9456a" /><Relationship Type="http://schemas.microsoft.com/office/2011/relationships/people" Target="people.xml" Id="Rf103b11d706d455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D80E7927C6C849A3CF01021D11F536" ma:contentTypeVersion="20" ma:contentTypeDescription="Create a new document." ma:contentTypeScope="" ma:versionID="572ef65e6a277e6bd6722296bb00292e">
  <xsd:schema xmlns:xsd="http://www.w3.org/2001/XMLSchema" xmlns:xs="http://www.w3.org/2001/XMLSchema" xmlns:p="http://schemas.microsoft.com/office/2006/metadata/properties" xmlns:ns2="c8f629ef-2167-488f-b1c0-a271fb136427" xmlns:ns3="5d3feb66-760c-49c0-926f-47a853170d63" targetNamespace="http://schemas.microsoft.com/office/2006/metadata/properties" ma:root="true" ma:fieldsID="801908752f1ccee2bfb3ce111bf0ca5f" ns2:_="" ns3:_="">
    <xsd:import namespace="c8f629ef-2167-488f-b1c0-a271fb136427"/>
    <xsd:import namespace="5d3feb66-760c-49c0-926f-47a853170d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PolicySubject" minOccurs="0"/>
                <xsd:element ref="ns2:YearofDevelopment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629ef-2167-488f-b1c0-a271fb1364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98aaf55-db08-4835-90a1-c58ae7bb5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PolicySubject" ma:index="22" nillable="true" ma:displayName="Policy Subject" ma:format="Dropdown" ma:internalName="PolicySubject">
      <xsd:simpleType>
        <xsd:restriction base="dms:Note">
          <xsd:maxLength value="255"/>
        </xsd:restriction>
      </xsd:simpleType>
    </xsd:element>
    <xsd:element name="YearofDevelopment" ma:index="23" nillable="true" ma:displayName="Year of Development" ma:format="Dropdown" ma:internalName="YearofDevelopment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feb66-760c-49c0-926f-47a853170d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308a50-4974-4e57-abad-b1f3078a69d3}" ma:internalName="TaxCatchAll" ma:showField="CatchAllData" ma:web="5d3feb66-760c-49c0-926f-47a853170d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imeClassificationStatus" ma:index="24" nillable="true" ma:displayName="Processing status" ma:internalName="PrimeClassificationStatus">
      <xsd:simpleType>
        <xsd:restriction base="dms:Text"/>
      </xsd:simpleType>
    </xsd:element>
    <xsd:element name="PrimeClassificationStatusDetails" ma:index="25" nillable="true" ma:displayName="Processing 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26" nillable="true" ma:displayName="Processed" ma:internalName="PrimeLastClassified">
      <xsd:simpleType>
        <xsd:restriction base="dms:DateTime"/>
      </xsd:simpleType>
    </xsd:element>
    <xsd:element name="PrimeCorrectedByUser" ma:index="27" nillable="true" ma:displayName="Correcte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21" ma:displayName="Policy Issue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meClassificationStatusDetails xmlns="5d3feb66-760c-49c0-926f-47a853170d63" xsi:nil="true"/>
    <PrimeLastClassified xmlns="5d3feb66-760c-49c0-926f-47a853170d63" xsi:nil="true"/>
    <TaxCatchAll xmlns="5d3feb66-760c-49c0-926f-47a853170d63" xsi:nil="true"/>
    <PrimeClassificationStatus xmlns="5d3feb66-760c-49c0-926f-47a853170d63" xsi:nil="true"/>
    <PolicySubject xmlns="c8f629ef-2167-488f-b1c0-a271fb136427" xsi:nil="true"/>
    <PrimeCorrectedByUser xmlns="5d3feb66-760c-49c0-926f-47a853170d63" xsi:nil="true"/>
    <lcf76f155ced4ddcb4097134ff3c332f xmlns="c8f629ef-2167-488f-b1c0-a271fb136427">
      <Terms xmlns="http://schemas.microsoft.com/office/infopath/2007/PartnerControls"/>
    </lcf76f155ced4ddcb4097134ff3c332f>
    <YearofDevelopment xmlns="c8f629ef-2167-488f-b1c0-a271fb136427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C3C0C2-431A-407F-BC76-8408BAFABB18}"/>
</file>

<file path=customXml/itemProps3.xml><?xml version="1.0" encoding="utf-8"?>
<ds:datastoreItem xmlns:ds="http://schemas.openxmlformats.org/officeDocument/2006/customXml" ds:itemID="{04656B3A-FED0-4B98-97A4-3FCE8AB97418}"/>
</file>

<file path=customXml/itemProps4.xml><?xml version="1.0" encoding="utf-8"?>
<ds:datastoreItem xmlns:ds="http://schemas.openxmlformats.org/officeDocument/2006/customXml" ds:itemID="{1D899D2D-B9A0-4316-8E48-8B4D8B5F698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Lili Nikolova</lastModifiedBy>
  <revision>10</revision>
  <dcterms:created xsi:type="dcterms:W3CDTF">2013-12-23T23:15:00.0000000Z</dcterms:created>
  <dcterms:modified xsi:type="dcterms:W3CDTF">2026-08-05T09:07:58.2226919Z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0x010100F0D80E7927C6C849A3CF01021D11F536</vt:lpwstr>
  </property>
  <property fmtid="{D5CDD505-2E9C-101B-9397-08002B2CF9AE}" pid="3" name="MediaServiceImageTags">
    <vt:lpwstr/>
  </property>
</Properties>
</file>